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0"/>
        </w:rPr>
        <w:t>ΕΥΡΩΠΑΪΚΟ ΕΝΙΑΙΟ ΕΓΓΡΑΦΟ ΣΥΜΒΑΣΗΣ (ΕΕΕΣ / ESPD)</w:t>
      </w:r>
    </w:p>
    <w:p>
      <w:pPr>
        <w:jc w:val="center"/>
      </w:pPr>
      <w:r>
        <w:rPr>
          <w:b/>
          <w:sz w:val="22"/>
        </w:rPr>
        <w:t>Φόρμα προς συμπλήρωση</w:t>
      </w:r>
    </w:p>
    <w:p>
      <w:pPr>
        <w:pStyle w:val="Heading1"/>
      </w:pPr>
      <w:r>
        <w:t>1. Στοιχεία διαδικασίας</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D9EAF7"/>
          </w:tcPr>
          <w:p>
            <w:r/>
            <w:r>
              <w:rPr>
                <w:b/>
                <w:sz w:val="18"/>
              </w:rPr>
              <w:t>Αριθμός φακέλου σύμβασης</w:t>
            </w:r>
          </w:p>
        </w:tc>
        <w:tc>
          <w:tcPr>
            <w:tcW w:type="dxa" w:w="5213"/>
            <w:vAlign w:val="center"/>
          </w:tcPr>
          <w:p>
            <w:r/>
            <w:r>
              <w:rPr>
                <w:b w:val="0"/>
                <w:sz w:val="18"/>
              </w:rPr>
              <w:t>28078/03-09-2026</w:t>
            </w:r>
          </w:p>
        </w:tc>
      </w:tr>
      <w:tr>
        <w:tc>
          <w:tcPr>
            <w:tcW w:type="dxa" w:w="5213"/>
            <w:vAlign w:val="center"/>
            <w:shd w:fill="D9EAF7"/>
          </w:tcPr>
          <w:p>
            <w:r/>
            <w:r>
              <w:rPr>
                <w:b/>
                <w:sz w:val="18"/>
              </w:rPr>
              <w:t>Ημερομηνία έκδοσης</w:t>
            </w:r>
          </w:p>
        </w:tc>
        <w:tc>
          <w:tcPr>
            <w:tcW w:type="dxa" w:w="5213"/>
            <w:vAlign w:val="center"/>
          </w:tcPr>
          <w:p>
            <w:r/>
            <w:r>
              <w:rPr>
                <w:b w:val="0"/>
                <w:sz w:val="18"/>
              </w:rPr>
              <w:t>2026-09-03</w:t>
            </w:r>
          </w:p>
        </w:tc>
      </w:tr>
      <w:tr>
        <w:tc>
          <w:tcPr>
            <w:tcW w:type="dxa" w:w="5213"/>
            <w:vAlign w:val="center"/>
            <w:shd w:fill="D9EAF7"/>
          </w:tcPr>
          <w:p>
            <w:r/>
            <w:r>
              <w:rPr>
                <w:b/>
                <w:sz w:val="18"/>
              </w:rPr>
              <w:t>Ώρα έκδοσης</w:t>
            </w:r>
          </w:p>
        </w:tc>
        <w:tc>
          <w:tcPr>
            <w:tcW w:type="dxa" w:w="5213"/>
            <w:vAlign w:val="center"/>
          </w:tcPr>
          <w:p>
            <w:r/>
            <w:r>
              <w:rPr>
                <w:b w:val="0"/>
                <w:sz w:val="18"/>
              </w:rPr>
              <w:t>05:45:09</w:t>
            </w:r>
          </w:p>
        </w:tc>
      </w:tr>
      <w:tr>
        <w:tc>
          <w:tcPr>
            <w:tcW w:type="dxa" w:w="5213"/>
            <w:vAlign w:val="center"/>
            <w:shd w:fill="D9EAF7"/>
          </w:tcPr>
          <w:p>
            <w:r/>
            <w:r>
              <w:rPr>
                <w:b/>
                <w:sz w:val="18"/>
              </w:rPr>
              <w:t>Έκδοση ESPD</w:t>
            </w:r>
          </w:p>
        </w:tc>
        <w:tc>
          <w:tcPr>
            <w:tcW w:type="dxa" w:w="5213"/>
            <w:vAlign w:val="center"/>
          </w:tcPr>
          <w:p>
            <w:r/>
            <w:r>
              <w:rPr>
                <w:b w:val="0"/>
                <w:sz w:val="18"/>
              </w:rPr>
              <w:t>2018.01.01</w:t>
            </w:r>
          </w:p>
        </w:tc>
      </w:tr>
      <w:tr>
        <w:tc>
          <w:tcPr>
            <w:tcW w:type="dxa" w:w="5213"/>
            <w:vAlign w:val="center"/>
            <w:shd w:fill="D9EAF7"/>
          </w:tcPr>
          <w:p>
            <w:r/>
            <w:r>
              <w:rPr>
                <w:b/>
                <w:sz w:val="18"/>
              </w:rPr>
              <w:t>Τύπος διαδικασίας</w:t>
            </w:r>
          </w:p>
        </w:tc>
        <w:tc>
          <w:tcPr>
            <w:tcW w:type="dxa" w:w="5213"/>
            <w:vAlign w:val="center"/>
          </w:tcPr>
          <w:p>
            <w:r/>
            <w:r>
              <w:rPr>
                <w:b w:val="0"/>
                <w:sz w:val="18"/>
              </w:rPr>
              <w:t>REGULATED</w:t>
            </w:r>
          </w:p>
        </w:tc>
      </w:tr>
      <w:tr>
        <w:tc>
          <w:tcPr>
            <w:tcW w:type="dxa" w:w="5213"/>
            <w:vAlign w:val="center"/>
            <w:shd w:fill="D9EAF7"/>
          </w:tcPr>
          <w:p>
            <w:r/>
            <w:r>
              <w:rPr>
                <w:b/>
                <w:sz w:val="18"/>
              </w:rPr>
              <w:t>Αναθέτουσα αρχή</w:t>
            </w:r>
          </w:p>
        </w:tc>
        <w:tc>
          <w:tcPr>
            <w:tcW w:type="dxa" w:w="5213"/>
            <w:vAlign w:val="center"/>
          </w:tcPr>
          <w:p>
            <w:r/>
            <w:r>
              <w:rPr>
                <w:b w:val="0"/>
                <w:sz w:val="18"/>
              </w:rPr>
              <w:t xml:space="preserve"> </w:t>
            </w:r>
          </w:p>
        </w:tc>
      </w:tr>
      <w:tr>
        <w:tc>
          <w:tcPr>
            <w:tcW w:type="dxa" w:w="5213"/>
            <w:vAlign w:val="center"/>
            <w:shd w:fill="D9EAF7"/>
          </w:tcPr>
          <w:p>
            <w:r/>
            <w:r>
              <w:rPr>
                <w:b/>
                <w:sz w:val="18"/>
              </w:rPr>
              <w:t>Επωνυμία</w:t>
            </w:r>
          </w:p>
        </w:tc>
        <w:tc>
          <w:tcPr>
            <w:tcW w:type="dxa" w:w="5213"/>
            <w:vAlign w:val="center"/>
          </w:tcPr>
          <w:p>
            <w:r/>
            <w:r>
              <w:rPr>
                <w:b w:val="0"/>
                <w:sz w:val="18"/>
              </w:rPr>
              <w:t>ΚΕΝΤΡΟ ΚΟΙΝΩΝΙΚΗΣ ΠΡΟΝΟΙΑΣ ΠΕΡΙΦΕΡΕΙΑΣ ΑΤΤΙΚΗΣ</w:t>
            </w:r>
          </w:p>
        </w:tc>
      </w:tr>
      <w:tr>
        <w:tc>
          <w:tcPr>
            <w:tcW w:type="dxa" w:w="5213"/>
            <w:vAlign w:val="center"/>
            <w:shd w:fill="D9EAF7"/>
          </w:tcPr>
          <w:p>
            <w:r/>
            <w:r>
              <w:rPr>
                <w:b/>
                <w:sz w:val="18"/>
              </w:rPr>
              <w:t>Ιστοσελίδα</w:t>
            </w:r>
          </w:p>
        </w:tc>
        <w:tc>
          <w:tcPr>
            <w:tcW w:type="dxa" w:w="5213"/>
            <w:vAlign w:val="center"/>
          </w:tcPr>
          <w:p>
            <w:r/>
            <w:r>
              <w:rPr>
                <w:b w:val="0"/>
                <w:sz w:val="18"/>
              </w:rPr>
              <w:t>www.kkppa.gr</w:t>
            </w:r>
          </w:p>
        </w:tc>
      </w:tr>
      <w:tr>
        <w:tc>
          <w:tcPr>
            <w:tcW w:type="dxa" w:w="5213"/>
            <w:vAlign w:val="center"/>
            <w:shd w:fill="D9EAF7"/>
          </w:tcPr>
          <w:p>
            <w:r/>
            <w:r>
              <w:rPr>
                <w:b/>
                <w:sz w:val="18"/>
              </w:rPr>
              <w:t>Αναγνωριστικό</w:t>
            </w:r>
          </w:p>
        </w:tc>
        <w:tc>
          <w:tcPr>
            <w:tcW w:type="dxa" w:w="5213"/>
            <w:vAlign w:val="center"/>
          </w:tcPr>
          <w:p>
            <w:r/>
            <w:r>
              <w:rPr>
                <w:b w:val="0"/>
                <w:sz w:val="18"/>
              </w:rPr>
              <w:t>997497021</w:t>
            </w:r>
          </w:p>
        </w:tc>
      </w:tr>
      <w:tr>
        <w:tc>
          <w:tcPr>
            <w:tcW w:type="dxa" w:w="5213"/>
            <w:vAlign w:val="center"/>
            <w:shd w:fill="D9EAF7"/>
          </w:tcPr>
          <w:p>
            <w:r/>
            <w:r>
              <w:rPr>
                <w:b/>
                <w:sz w:val="18"/>
              </w:rPr>
              <w:t>Οδός</w:t>
            </w:r>
          </w:p>
        </w:tc>
        <w:tc>
          <w:tcPr>
            <w:tcW w:type="dxa" w:w="5213"/>
            <w:vAlign w:val="center"/>
          </w:tcPr>
          <w:p>
            <w:r/>
            <w:r>
              <w:rPr>
                <w:b w:val="0"/>
                <w:sz w:val="18"/>
              </w:rPr>
              <w:t>ΑΝ. ΤΣΟΧΑ 5</w:t>
            </w:r>
          </w:p>
        </w:tc>
      </w:tr>
      <w:tr>
        <w:tc>
          <w:tcPr>
            <w:tcW w:type="dxa" w:w="5213"/>
            <w:vAlign w:val="center"/>
            <w:shd w:fill="D9EAF7"/>
          </w:tcPr>
          <w:p>
            <w:r/>
            <w:r>
              <w:rPr>
                <w:b/>
                <w:sz w:val="18"/>
              </w:rPr>
              <w:t>Πόλη</w:t>
            </w:r>
          </w:p>
        </w:tc>
        <w:tc>
          <w:tcPr>
            <w:tcW w:type="dxa" w:w="5213"/>
            <w:vAlign w:val="center"/>
          </w:tcPr>
          <w:p>
            <w:r/>
            <w:r>
              <w:rPr>
                <w:b w:val="0"/>
                <w:sz w:val="18"/>
              </w:rPr>
              <w:t>ΑΘΗΝΑ</w:t>
            </w:r>
          </w:p>
        </w:tc>
      </w:tr>
      <w:tr>
        <w:tc>
          <w:tcPr>
            <w:tcW w:type="dxa" w:w="5213"/>
            <w:vAlign w:val="center"/>
            <w:shd w:fill="D9EAF7"/>
          </w:tcPr>
          <w:p>
            <w:r/>
            <w:r>
              <w:rPr>
                <w:b/>
                <w:sz w:val="18"/>
              </w:rPr>
              <w:t>Τ.Κ.</w:t>
            </w:r>
          </w:p>
        </w:tc>
        <w:tc>
          <w:tcPr>
            <w:tcW w:type="dxa" w:w="5213"/>
            <w:vAlign w:val="center"/>
          </w:tcPr>
          <w:p>
            <w:r/>
            <w:r>
              <w:rPr>
                <w:b w:val="0"/>
                <w:sz w:val="18"/>
              </w:rPr>
              <w:t>11521</w:t>
            </w:r>
          </w:p>
        </w:tc>
      </w:tr>
      <w:tr>
        <w:tc>
          <w:tcPr>
            <w:tcW w:type="dxa" w:w="5213"/>
            <w:vAlign w:val="center"/>
            <w:shd w:fill="D9EAF7"/>
          </w:tcPr>
          <w:p>
            <w:r/>
            <w:r>
              <w:rPr>
                <w:b/>
                <w:sz w:val="18"/>
              </w:rPr>
              <w:t>Χώρα</w:t>
            </w:r>
          </w:p>
        </w:tc>
        <w:tc>
          <w:tcPr>
            <w:tcW w:type="dxa" w:w="5213"/>
            <w:vAlign w:val="center"/>
          </w:tcPr>
          <w:p>
            <w:r/>
            <w:r>
              <w:rPr>
                <w:b w:val="0"/>
                <w:sz w:val="18"/>
              </w:rPr>
              <w:t>GR</w:t>
            </w:r>
          </w:p>
        </w:tc>
      </w:tr>
      <w:tr>
        <w:tc>
          <w:tcPr>
            <w:tcW w:type="dxa" w:w="5213"/>
            <w:vAlign w:val="center"/>
            <w:shd w:fill="D9EAF7"/>
          </w:tcPr>
          <w:p>
            <w:r/>
            <w:r>
              <w:rPr>
                <w:b/>
                <w:sz w:val="18"/>
              </w:rPr>
              <w:t>Υπεύθυνος επικοινωνίας</w:t>
            </w:r>
          </w:p>
        </w:tc>
        <w:tc>
          <w:tcPr>
            <w:tcW w:type="dxa" w:w="5213"/>
            <w:vAlign w:val="center"/>
          </w:tcPr>
          <w:p>
            <w:r/>
            <w:r>
              <w:rPr>
                <w:b w:val="0"/>
                <w:sz w:val="18"/>
              </w:rPr>
              <w:t>ΦΟΥΝΤΑΣ ΒΑΣΙΛΕΙΟΣ</w:t>
            </w:r>
          </w:p>
        </w:tc>
      </w:tr>
      <w:tr>
        <w:tc>
          <w:tcPr>
            <w:tcW w:type="dxa" w:w="5213"/>
            <w:vAlign w:val="center"/>
            <w:shd w:fill="D9EAF7"/>
          </w:tcPr>
          <w:p>
            <w:r/>
            <w:r>
              <w:rPr>
                <w:b/>
                <w:sz w:val="18"/>
              </w:rPr>
              <w:t>Τηλέφωνο</w:t>
            </w:r>
          </w:p>
        </w:tc>
        <w:tc>
          <w:tcPr>
            <w:tcW w:type="dxa" w:w="5213"/>
            <w:vAlign w:val="center"/>
          </w:tcPr>
          <w:p>
            <w:r/>
            <w:r>
              <w:rPr>
                <w:b w:val="0"/>
                <w:sz w:val="18"/>
              </w:rPr>
              <w:t>2132007904</w:t>
            </w:r>
          </w:p>
        </w:tc>
      </w:tr>
      <w:tr>
        <w:tc>
          <w:tcPr>
            <w:tcW w:type="dxa" w:w="5213"/>
            <w:vAlign w:val="center"/>
            <w:shd w:fill="D9EAF7"/>
          </w:tcPr>
          <w:p>
            <w:r/>
            <w:r>
              <w:rPr>
                <w:b/>
                <w:sz w:val="18"/>
              </w:rPr>
              <w:t>Email</w:t>
            </w:r>
          </w:p>
        </w:tc>
        <w:tc>
          <w:tcPr>
            <w:tcW w:type="dxa" w:w="5213"/>
            <w:vAlign w:val="center"/>
          </w:tcPr>
          <w:p>
            <w:r/>
            <w:r>
              <w:rPr>
                <w:b w:val="0"/>
                <w:sz w:val="18"/>
              </w:rPr>
              <w:t>v.fountas@0261.syzefxis.gov.gr</w:t>
            </w:r>
          </w:p>
        </w:tc>
      </w:tr>
    </w:tbl>
    <w:p>
      <w:pPr>
        <w:pStyle w:val="Heading1"/>
      </w:pPr>
      <w:r>
        <w:t>2. Στοιχεία τμήματος / Lot</w:t>
      </w:r>
    </w:p>
    <w:p>
      <w:r>
        <w:t xml:space="preserve">Αναγνωριστικό τμήματος: </w:t>
      </w:r>
      <w:r>
        <w:rPr>
          <w:b/>
        </w:rPr>
        <w:t>0</w:t>
      </w:r>
    </w:p>
    <w:p>
      <w:pPr>
        <w:pStyle w:val="Heading1"/>
      </w:pPr>
      <w:r>
        <w:t>3. Κριτήρια αποκλεισμού και ερωτήσεις</w:t>
      </w:r>
    </w:p>
    <w:p>
      <w:r>
        <w:t>Για κάθε κριτήριο συμπληρώστε την απάντηση και, όπου απαιτείται, τα πρόσθετα στοιχεία. Η δομή της φόρμας ακολουθεί τα κριτήρια που περιλαμβάνονται στο XML.</w:t>
      </w:r>
    </w:p>
    <w:p>
      <w:pPr>
        <w:pStyle w:val="Heading2"/>
      </w:pPr>
      <w:r>
        <w:t>3.1 Participation in a criminal organisation</w:t>
      </w:r>
    </w:p>
    <w:p>
      <w:r>
        <w:rPr>
          <w:b/>
        </w:rPr>
        <w:t xml:space="preserve">Περιγραφή: </w:t>
      </w:r>
      <w:r>
        <w:t>Has the economic operator itself or any person who is a member of its administrative, management or supervisory body or has powers of representation, decision or control therein been the subject of a conviction by final judgment for participation in a criminal organisation, by a conviction rendered at the most five years ago or in which an exclusion period set out directly in the conviction continues to be applicable? As defined in Article 2 of Council Framework Decision 2008/841/JHA of 24 October 2008 on the fight against organised crime (OJ L 300, 11.11.2008, p. 42).</w:t>
      </w:r>
    </w:p>
    <w:p>
      <w:r>
        <w:rPr>
          <w:b/>
        </w:rPr>
        <w:t xml:space="preserve">Κωδικός κριτηρίου: </w:t>
      </w:r>
      <w:r>
        <w:t>CRITERION.EXCLUSION.CONVICTIONS.PARTICIPATION_IN_CRIMINAL_ORGANISATION</w:t>
      </w:r>
    </w:p>
    <w:p>
      <w:r>
        <w:rPr>
          <w:b/>
        </w:rPr>
        <w:t xml:space="preserve">Νομοθεσία / άρθρο: </w:t>
      </w:r>
      <w:r>
        <w:t>Article 57(1)</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Date of conviction</w:t>
            </w:r>
          </w:p>
        </w:tc>
      </w:tr>
      <w:tr>
        <w:tc>
          <w:tcPr>
            <w:tcW w:type="dxa" w:w="5213"/>
            <w:vAlign w:val="center"/>
            <w:shd w:fill="FFF2CC"/>
          </w:tcPr>
          <w:p>
            <w:r/>
            <w:r>
              <w:rPr>
                <w:b/>
                <w:sz w:val="18"/>
              </w:rPr>
              <w:t>Απάντηση / Τιμή</w:t>
            </w:r>
          </w:p>
        </w:tc>
        <w:tc>
          <w:tcPr>
            <w:tcW w:type="dxa" w:w="5213"/>
            <w:vAlign w:val="center"/>
          </w:tcPr>
          <w:p>
            <w:r/>
            <w:r>
              <w:rPr>
                <w:b w:val="0"/>
                <w:sz w:val="18"/>
              </w:rPr>
              <w:t>____ / ____ / ______</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Reason</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Who has been convicted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Length of the period of exclusion</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Have you taken measures to demonstrate your reliability (Self-Cleaning)?</w:t>
            </w:r>
          </w:p>
        </w:tc>
      </w:tr>
      <w:tr>
        <w:tc>
          <w:tcPr>
            <w:tcW w:type="dxa" w:w="5213"/>
            <w:vAlign w:val="center"/>
            <w:shd w:fill="FFF2CC"/>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3.2 Corruption</w:t>
      </w:r>
    </w:p>
    <w:p>
      <w:r>
        <w:rPr>
          <w:b/>
        </w:rPr>
        <w:t xml:space="preserve">Περιγραφή: </w:t>
      </w:r>
      <w:r>
        <w:t>Has the economic operator itself or any person who is a member of its administrative, management or supervisory body or has powers of representation, decision or control therein been the subject of a conviction by final judgment for corruption, by a conviction rendered at the most five years ago or in which an exclusion period set out directly in the conviction continues to be applicable?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p>
      <w:r>
        <w:rPr>
          <w:b/>
        </w:rPr>
        <w:t xml:space="preserve">Κωδικός κριτηρίου: </w:t>
      </w:r>
      <w:r>
        <w:t>CRITERION.EXCLUSION.CONVICTIONS.CORRUPTION</w:t>
      </w:r>
    </w:p>
    <w:p>
      <w:r>
        <w:rPr>
          <w:b/>
        </w:rPr>
        <w:t xml:space="preserve">Νομοθεσία / άρθρο: </w:t>
      </w:r>
      <w:r>
        <w:t>Article 57(1)</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Date of conviction</w:t>
            </w:r>
          </w:p>
        </w:tc>
      </w:tr>
      <w:tr>
        <w:tc>
          <w:tcPr>
            <w:tcW w:type="dxa" w:w="5213"/>
            <w:vAlign w:val="center"/>
            <w:shd w:fill="FFF2CC"/>
          </w:tcPr>
          <w:p>
            <w:r/>
            <w:r>
              <w:rPr>
                <w:b/>
                <w:sz w:val="18"/>
              </w:rPr>
              <w:t>Απάντηση / Τιμή</w:t>
            </w:r>
          </w:p>
        </w:tc>
        <w:tc>
          <w:tcPr>
            <w:tcW w:type="dxa" w:w="5213"/>
            <w:vAlign w:val="center"/>
          </w:tcPr>
          <w:p>
            <w:r/>
            <w:r>
              <w:rPr>
                <w:b w:val="0"/>
                <w:sz w:val="18"/>
              </w:rPr>
              <w:t>____ / ____ / ______</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Reason</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Who has been convicted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Length of the period of exclusion</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Have you taken measures to demonstrate your reliability (Self-Cleaning)?</w:t>
            </w:r>
          </w:p>
        </w:tc>
      </w:tr>
      <w:tr>
        <w:tc>
          <w:tcPr>
            <w:tcW w:type="dxa" w:w="5213"/>
            <w:vAlign w:val="center"/>
            <w:shd w:fill="FFF2CC"/>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3.3 Fraud</w:t>
      </w:r>
    </w:p>
    <w:p>
      <w:r>
        <w:rPr>
          <w:b/>
        </w:rPr>
        <w:t xml:space="preserve">Περιγραφή: </w:t>
      </w:r>
      <w:r>
        <w:t>Has the economic operator itself or any person who is a member of its administrative, management or supervisory body or has powers of representation, decision or control therein been the subject of a conviction by final judgment for fraud, by a conviction rendered at the most five years ago or in which an exclusion period set out directly in the conviction continues to be applicable? Within the meaning of Article 1 of the Convention on the protection of the European Communities' financial interests (OJ C 316, 27.11.1995, p. 48).</w:t>
      </w:r>
    </w:p>
    <w:p>
      <w:r>
        <w:rPr>
          <w:b/>
        </w:rPr>
        <w:t xml:space="preserve">Κωδικός κριτηρίου: </w:t>
      </w:r>
      <w:r>
        <w:t>CRITERION.EXCLUSION.CONVICTIONS.FRAUD</w:t>
      </w:r>
    </w:p>
    <w:p>
      <w:r>
        <w:rPr>
          <w:b/>
        </w:rPr>
        <w:t xml:space="preserve">Νομοθεσία / άρθρο: </w:t>
      </w:r>
      <w:r>
        <w:t>Article 57(1)</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Date of conviction</w:t>
            </w:r>
          </w:p>
        </w:tc>
      </w:tr>
      <w:tr>
        <w:tc>
          <w:tcPr>
            <w:tcW w:type="dxa" w:w="5213"/>
            <w:vAlign w:val="center"/>
            <w:shd w:fill="FFF2CC"/>
          </w:tcPr>
          <w:p>
            <w:r/>
            <w:r>
              <w:rPr>
                <w:b/>
                <w:sz w:val="18"/>
              </w:rPr>
              <w:t>Απάντηση / Τιμή</w:t>
            </w:r>
          </w:p>
        </w:tc>
        <w:tc>
          <w:tcPr>
            <w:tcW w:type="dxa" w:w="5213"/>
            <w:vAlign w:val="center"/>
          </w:tcPr>
          <w:p>
            <w:r/>
            <w:r>
              <w:rPr>
                <w:b w:val="0"/>
                <w:sz w:val="18"/>
              </w:rPr>
              <w:t>____ / ____ / ______</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Reason</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Who has been convicted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Length of the period of exclusion</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Have you taken measures to demonstrate your reliability (Self-Cleaning)?</w:t>
            </w:r>
          </w:p>
        </w:tc>
      </w:tr>
      <w:tr>
        <w:tc>
          <w:tcPr>
            <w:tcW w:type="dxa" w:w="5213"/>
            <w:vAlign w:val="center"/>
            <w:shd w:fill="FFF2CC"/>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3.4 Terrorist offences or offences linked to terrorist activities</w:t>
      </w:r>
    </w:p>
    <w:p>
      <w:r>
        <w:rPr>
          <w:b/>
        </w:rPr>
        <w:t xml:space="preserve">Περιγραφή: </w:t>
      </w:r>
      <w:r>
        <w:t>Has the economic operator itself or any person who is a member of its administrative, management or supervisory body or has powers of representation, decision or control therein been the subject of a conviction by final judgment for terrorist offences or offences linked to terrorist activities, by a conviction rendered at the most five years ago or in which an exclusion period set out directly in the conviction continues to be applicable? As defined in Articles 1 and 3 of Council Framework Decision of 13 June 2002 on combating terrorism (OJ L 164, 22.6.2002, p. 3). This exclusion ground also includes inciting or aiding or abetting or attempting to commit an offence, as referred to in Article 4 of that Framework Decision.</w:t>
      </w:r>
    </w:p>
    <w:p>
      <w:r>
        <w:rPr>
          <w:b/>
        </w:rPr>
        <w:t xml:space="preserve">Κωδικός κριτηρίου: </w:t>
      </w:r>
      <w:r>
        <w:t>CRITERION.EXCLUSION.CONVICTIONS.TERRORIST_OFFENCES</w:t>
      </w:r>
    </w:p>
    <w:p>
      <w:r>
        <w:rPr>
          <w:b/>
        </w:rPr>
        <w:t xml:space="preserve">Νομοθεσία / άρθρο: </w:t>
      </w:r>
      <w:r>
        <w:t>Article 57(1)</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Date of conviction</w:t>
            </w:r>
          </w:p>
        </w:tc>
      </w:tr>
      <w:tr>
        <w:tc>
          <w:tcPr>
            <w:tcW w:type="dxa" w:w="5213"/>
            <w:vAlign w:val="center"/>
            <w:shd w:fill="FFF2CC"/>
          </w:tcPr>
          <w:p>
            <w:r/>
            <w:r>
              <w:rPr>
                <w:b/>
                <w:sz w:val="18"/>
              </w:rPr>
              <w:t>Απάντηση / Τιμή</w:t>
            </w:r>
          </w:p>
        </w:tc>
        <w:tc>
          <w:tcPr>
            <w:tcW w:type="dxa" w:w="5213"/>
            <w:vAlign w:val="center"/>
          </w:tcPr>
          <w:p>
            <w:r/>
            <w:r>
              <w:rPr>
                <w:b w:val="0"/>
                <w:sz w:val="18"/>
              </w:rPr>
              <w:t>____ / ____ / ______</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Reason</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Who has been convicted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Length of the period of exclusion</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Have you taken measures to demonstrate your reliability (Self-Cleaning)?</w:t>
            </w:r>
          </w:p>
        </w:tc>
      </w:tr>
      <w:tr>
        <w:tc>
          <w:tcPr>
            <w:tcW w:type="dxa" w:w="5213"/>
            <w:vAlign w:val="center"/>
            <w:shd w:fill="FFF2CC"/>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3.5 Money laundering or terrorist financing</w:t>
      </w:r>
    </w:p>
    <w:p>
      <w:r>
        <w:rPr>
          <w:b/>
        </w:rPr>
        <w:t xml:space="preserve">Περιγραφή: </w:t>
      </w:r>
      <w:r>
        <w:t>Has the economic operator itself or any person who is a member of its administrative, management or supervisory body or has powers of representation, decision or control therein been the subject of a conviction by final judgment for money laundering or terrorist financing, by a conviction rendered at the most five years ago or in which an exclusion period set out directly in the conviction continues to be applicable? As defined in Article 1 of Directive 2005/60/EC of the European Parliament and of the Council of 26 October 2005 on the prevention of the use of the financial system for the purpose of money laundering and terrorist financing (OJ L 309, 25.11.2005, p. 15).</w:t>
      </w:r>
    </w:p>
    <w:p>
      <w:r>
        <w:rPr>
          <w:b/>
        </w:rPr>
        <w:t xml:space="preserve">Κωδικός κριτηρίου: </w:t>
      </w:r>
      <w:r>
        <w:t>CRITERION.EXCLUSION.CONVICTIONS.MONEY_LAUNDERING</w:t>
      </w:r>
    </w:p>
    <w:p>
      <w:r>
        <w:rPr>
          <w:b/>
        </w:rPr>
        <w:t xml:space="preserve">Νομοθεσία / άρθρο: </w:t>
      </w:r>
      <w:r>
        <w:t>Article 57(1)</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Date of conviction</w:t>
            </w:r>
          </w:p>
        </w:tc>
      </w:tr>
      <w:tr>
        <w:tc>
          <w:tcPr>
            <w:tcW w:type="dxa" w:w="5213"/>
            <w:vAlign w:val="center"/>
            <w:shd w:fill="FFF2CC"/>
          </w:tcPr>
          <w:p>
            <w:r/>
            <w:r>
              <w:rPr>
                <w:b/>
                <w:sz w:val="18"/>
              </w:rPr>
              <w:t>Απάντηση / Τιμή</w:t>
            </w:r>
          </w:p>
        </w:tc>
        <w:tc>
          <w:tcPr>
            <w:tcW w:type="dxa" w:w="5213"/>
            <w:vAlign w:val="center"/>
          </w:tcPr>
          <w:p>
            <w:r/>
            <w:r>
              <w:rPr>
                <w:b w:val="0"/>
                <w:sz w:val="18"/>
              </w:rPr>
              <w:t>____ / ____ / ______</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Reason</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Who has been convicted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Length of the period of exclusion</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Have you taken measures to demonstrate your reliability (Self-Cleaning)?</w:t>
            </w:r>
          </w:p>
        </w:tc>
      </w:tr>
      <w:tr>
        <w:tc>
          <w:tcPr>
            <w:tcW w:type="dxa" w:w="5213"/>
            <w:vAlign w:val="center"/>
            <w:shd w:fill="FFF2CC"/>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3.6 Child labour and other forms of trafficking in human beings</w:t>
      </w:r>
    </w:p>
    <w:p>
      <w:r>
        <w:rPr>
          <w:b/>
        </w:rPr>
        <w:t xml:space="preserve">Περιγραφή: </w:t>
      </w:r>
      <w:r>
        <w:t>Has the economic operator itself or any person who is a member of its administrative, management or supervisory body or has powers of representation, decision or control therein been the subject of a conviction by final judgment for child labour and other forms of trafficking in human beings, by a conviction rendered at the most five years ago or in which an exclusion period set out directly in the conviction continues to be applicable? As defined in Article 2 of Directive 2011/36/EU of the European Parliament and of the Council of 5 April 2011 on preventing and combating trafficking in human beings and protecting its victims, and replacing Council Framework Decision 2002/629/JHA (OJ L 101, 15.4.2011, p. 1).</w:t>
      </w:r>
    </w:p>
    <w:p>
      <w:r>
        <w:rPr>
          <w:b/>
        </w:rPr>
        <w:t xml:space="preserve">Κωδικός κριτηρίου: </w:t>
      </w:r>
      <w:r>
        <w:t>CRITERION.EXCLUSION.CONVICTIONS.CHILD_LABOUR-HUMAN_TRAFFICKING</w:t>
      </w:r>
    </w:p>
    <w:p>
      <w:r>
        <w:rPr>
          <w:b/>
        </w:rPr>
        <w:t xml:space="preserve">Νομοθεσία / άρθρο: </w:t>
      </w:r>
      <w:r>
        <w:t>Article 57(1)</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Date of conviction</w:t>
            </w:r>
          </w:p>
        </w:tc>
      </w:tr>
      <w:tr>
        <w:tc>
          <w:tcPr>
            <w:tcW w:type="dxa" w:w="5213"/>
            <w:vAlign w:val="center"/>
            <w:shd w:fill="FFF2CC"/>
          </w:tcPr>
          <w:p>
            <w:r/>
            <w:r>
              <w:rPr>
                <w:b/>
                <w:sz w:val="18"/>
              </w:rPr>
              <w:t>Απάντηση / Τιμή</w:t>
            </w:r>
          </w:p>
        </w:tc>
        <w:tc>
          <w:tcPr>
            <w:tcW w:type="dxa" w:w="5213"/>
            <w:vAlign w:val="center"/>
          </w:tcPr>
          <w:p>
            <w:r/>
            <w:r>
              <w:rPr>
                <w:b w:val="0"/>
                <w:sz w:val="18"/>
              </w:rPr>
              <w:t>____ / ____ / ______</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Reason</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Who has been convicted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Length of the period of exclusion</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Have you taken measures to demonstrate your reliability (Self-Cleaning)?</w:t>
            </w:r>
          </w:p>
        </w:tc>
      </w:tr>
      <w:tr>
        <w:tc>
          <w:tcPr>
            <w:tcW w:type="dxa" w:w="5213"/>
            <w:vAlign w:val="center"/>
            <w:shd w:fill="FFF2CC"/>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3.7 Payment of taxes</w:t>
      </w:r>
    </w:p>
    <w:p>
      <w:r>
        <w:rPr>
          <w:b/>
        </w:rPr>
        <w:t xml:space="preserve">Περιγραφή: </w:t>
      </w:r>
      <w:r>
        <w:t>Has the economic operator breached its obligations relating to the payment of taxes, both in the country in which it is established and in Member State of the contracting authority or contracting entity if other than the country of establishment?</w:t>
      </w:r>
    </w:p>
    <w:p>
      <w:r>
        <w:rPr>
          <w:b/>
        </w:rPr>
        <w:t xml:space="preserve">Κωδικός κριτηρίου: </w:t>
      </w:r>
      <w:r>
        <w:t>CRITERION.EXCLUSION.CONTRIBUTIONS.PAYMENT_OF_TAXES</w:t>
      </w:r>
    </w:p>
    <w:p>
      <w:r>
        <w:rPr>
          <w:b/>
        </w:rPr>
        <w:t xml:space="preserve">Νομοθεσία / άρθρο: </w:t>
      </w:r>
      <w:r>
        <w:t>Article 57(2)</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Country or member state concerned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Amount concerned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Has this breach of obligations been established by means other than a judicial or administrative decision?</w:t>
            </w:r>
          </w:p>
        </w:tc>
      </w:tr>
      <w:tr>
        <w:tc>
          <w:tcPr>
            <w:tcW w:type="dxa" w:w="5213"/>
            <w:vAlign w:val="center"/>
            <w:shd w:fill="FFF2CC"/>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which means were used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Has the economic operator fulfilled its obligations by paying or entering into a binding arrangement with a view to paying the taxes or social security contributions due, including, where applicable, any interest accrued or fines?</w:t>
            </w:r>
          </w:p>
        </w:tc>
      </w:tr>
      <w:tr>
        <w:tc>
          <w:tcPr>
            <w:tcW w:type="dxa" w:w="5213"/>
            <w:vAlign w:val="center"/>
            <w:shd w:fill="FFF2CC"/>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If this breach of obligations was established through a judicial or administrative decision, was this decision final and binding?</w:t>
            </w:r>
          </w:p>
        </w:tc>
      </w:tr>
      <w:tr>
        <w:tc>
          <w:tcPr>
            <w:tcW w:type="dxa" w:w="5213"/>
            <w:vAlign w:val="center"/>
            <w:shd w:fill="FFF2CC"/>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indicate the date of conviction or decision</w:t>
            </w:r>
          </w:p>
        </w:tc>
      </w:tr>
      <w:tr>
        <w:tc>
          <w:tcPr>
            <w:tcW w:type="dxa" w:w="5213"/>
            <w:vAlign w:val="center"/>
            <w:shd w:fill="FFF2CC"/>
          </w:tcPr>
          <w:p>
            <w:r/>
            <w:r>
              <w:rPr>
                <w:b/>
                <w:sz w:val="18"/>
              </w:rPr>
              <w:t>Απάντηση / Τιμή</w:t>
            </w:r>
          </w:p>
        </w:tc>
        <w:tc>
          <w:tcPr>
            <w:tcW w:type="dxa" w:w="5213"/>
            <w:vAlign w:val="center"/>
          </w:tcPr>
          <w:p>
            <w:r/>
            <w:r>
              <w:rPr>
                <w:b w:val="0"/>
                <w:sz w:val="18"/>
              </w:rPr>
              <w:t>____ / ____ / ______</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In case of a conviction insofar as established directly therein, the length of the period of exclusion</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3.8 Payment of social security contributions</w:t>
      </w:r>
    </w:p>
    <w:p>
      <w:r>
        <w:rPr>
          <w:b/>
        </w:rPr>
        <w:t xml:space="preserve">Περιγραφή: </w:t>
      </w:r>
      <w:r>
        <w:t>Has the economic operator breached its obligations relating to the payment social security contributions, both in the country in which it is established and in Member State of the contracting authority or contracting entity if other than the country of establishment?</w:t>
      </w:r>
    </w:p>
    <w:p>
      <w:r>
        <w:rPr>
          <w:b/>
        </w:rPr>
        <w:t xml:space="preserve">Κωδικός κριτηρίου: </w:t>
      </w:r>
      <w:r>
        <w:t>CRITERION.EXCLUSION.CONTRIBUTIONS.PAYMENT_OF_SOCIAL_SECURITY</w:t>
      </w:r>
    </w:p>
    <w:p>
      <w:r>
        <w:rPr>
          <w:b/>
        </w:rPr>
        <w:t xml:space="preserve">Νομοθεσία / άρθρο: </w:t>
      </w:r>
      <w:r>
        <w:t>Article 57(2)</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Country or member state concerned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Amount concerned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Has this breach of obligations been established by means other than a judicial or administrative decision?</w:t>
            </w:r>
          </w:p>
        </w:tc>
      </w:tr>
      <w:tr>
        <w:tc>
          <w:tcPr>
            <w:tcW w:type="dxa" w:w="5213"/>
            <w:vAlign w:val="center"/>
            <w:shd w:fill="FFF2CC"/>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which means were used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Has the economic operator fulfilled its obligations by paying or entering into a binding arrangement with a view to paying the taxes or social security contributions due, including, where applicable, any interest accrued or fines?</w:t>
            </w:r>
          </w:p>
        </w:tc>
      </w:tr>
      <w:tr>
        <w:tc>
          <w:tcPr>
            <w:tcW w:type="dxa" w:w="5213"/>
            <w:vAlign w:val="center"/>
            <w:shd w:fill="FFF2CC"/>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If this breach of obligations was established through a judicial or administrative decision, was this decision final and binding?</w:t>
            </w:r>
          </w:p>
        </w:tc>
      </w:tr>
      <w:tr>
        <w:tc>
          <w:tcPr>
            <w:tcW w:type="dxa" w:w="5213"/>
            <w:vAlign w:val="center"/>
            <w:shd w:fill="FFF2CC"/>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indicate the date of conviction or decision</w:t>
            </w:r>
          </w:p>
        </w:tc>
      </w:tr>
      <w:tr>
        <w:tc>
          <w:tcPr>
            <w:tcW w:type="dxa" w:w="5213"/>
            <w:vAlign w:val="center"/>
            <w:shd w:fill="FFF2CC"/>
          </w:tcPr>
          <w:p>
            <w:r/>
            <w:r>
              <w:rPr>
                <w:b/>
                <w:sz w:val="18"/>
              </w:rPr>
              <w:t>Απάντηση / Τιμή</w:t>
            </w:r>
          </w:p>
        </w:tc>
        <w:tc>
          <w:tcPr>
            <w:tcW w:type="dxa" w:w="5213"/>
            <w:vAlign w:val="center"/>
          </w:tcPr>
          <w:p>
            <w:r/>
            <w:r>
              <w:rPr>
                <w:b w:val="0"/>
                <w:sz w:val="18"/>
              </w:rPr>
              <w:t>____ / ____ / ______</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In case of a conviction insofar as established directly therein, the length of the period of exclusion</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3.9 Breaching of obligations in the field of environmental law</w:t>
      </w:r>
    </w:p>
    <w:p>
      <w:r>
        <w:rPr>
          <w:b/>
        </w:rPr>
        <w:t xml:space="preserve">Περιγραφή: </w:t>
      </w:r>
      <w:r>
        <w:t>Has the economic operator, to its knowledge, breached its obligations in the fields of environmental law? As referred to for the purposes of this procurement in national law, in the ESPD, the relevant notice or the in the ESPD, the relevant notice or , in Article 18(2) of Directive 2014/24/EU or in the ESPD.</w:t>
      </w:r>
    </w:p>
    <w:p>
      <w:r>
        <w:rPr>
          <w:b/>
        </w:rPr>
        <w:t xml:space="preserve">Κωδικός κριτηρίου: </w:t>
      </w:r>
      <w:r>
        <w:t>CRITERION.EXCLUSION.SOCIAL.ENVIRONMENTAL_LAW</w:t>
      </w:r>
    </w:p>
    <w:p>
      <w:r>
        <w:rPr>
          <w:b/>
        </w:rPr>
        <w:t xml:space="preserve">Νομοθεσία / άρθρο: </w:t>
      </w:r>
      <w:r>
        <w:t>Article 57(4)</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Have you taken measures to demonstrate your reliability (Self-Cleaning)?</w:t>
            </w:r>
          </w:p>
        </w:tc>
      </w:tr>
      <w:tr>
        <w:tc>
          <w:tcPr>
            <w:tcW w:type="dxa" w:w="5213"/>
            <w:vAlign w:val="center"/>
            <w:shd w:fill="FFF2CC"/>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3.10 Breaching of obligations in the field of social law</w:t>
      </w:r>
    </w:p>
    <w:p>
      <w:r>
        <w:rPr>
          <w:b/>
        </w:rPr>
        <w:t xml:space="preserve">Περιγραφή: </w:t>
      </w:r>
      <w:r>
        <w:t>Has the economic operator, to its knowledge, breached its obligations in the fields of social law? As referred to for the purposes of this procurement in national law, in the ESPD, the relevant notice or the in the ESPD, the relevant notice or  or in Article 18(2) of Directive 2014/24/EU.</w:t>
      </w:r>
    </w:p>
    <w:p>
      <w:r>
        <w:rPr>
          <w:b/>
        </w:rPr>
        <w:t xml:space="preserve">Κωδικός κριτηρίου: </w:t>
      </w:r>
      <w:r>
        <w:t>CRITERION.EXCLUSION.SOCIAL.SOCIAL_LAW</w:t>
      </w:r>
    </w:p>
    <w:p>
      <w:r>
        <w:rPr>
          <w:b/>
        </w:rPr>
        <w:t xml:space="preserve">Νομοθεσία / άρθρο: </w:t>
      </w:r>
      <w:r>
        <w:t>Article 57(4)</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Have you taken measures to demonstrate your reliability (Self-Cleaning)?</w:t>
            </w:r>
          </w:p>
        </w:tc>
      </w:tr>
      <w:tr>
        <w:tc>
          <w:tcPr>
            <w:tcW w:type="dxa" w:w="5213"/>
            <w:vAlign w:val="center"/>
            <w:shd w:fill="FFF2CC"/>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3.11 Breaching of obligations in the field of labour law</w:t>
      </w:r>
    </w:p>
    <w:p>
      <w:r>
        <w:rPr>
          <w:b/>
        </w:rPr>
        <w:t xml:space="preserve">Περιγραφή: </w:t>
      </w:r>
      <w:r>
        <w:t>Has the economic operator, to its knowledge, breached its obligations in the fields of labour law? As referred to for the purposes of this procurement in national law, in the relevant notice or the in the ESPD, the relevant notice or  or in Article 18(2) of Directive 2014/24/EU.</w:t>
      </w:r>
    </w:p>
    <w:p>
      <w:r>
        <w:rPr>
          <w:b/>
        </w:rPr>
        <w:t xml:space="preserve">Κωδικός κριτηρίου: </w:t>
      </w:r>
      <w:r>
        <w:t>CRITERION.EXCLUSION.SOCIAL.LABOUR_LAW</w:t>
      </w:r>
    </w:p>
    <w:p>
      <w:r>
        <w:rPr>
          <w:b/>
        </w:rPr>
        <w:t xml:space="preserve">Νομοθεσία / άρθρο: </w:t>
      </w:r>
      <w:r>
        <w:t>Article 57(4)</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Have you taken measures to demonstrate your reliability (Self-Cleaning)?</w:t>
            </w:r>
          </w:p>
        </w:tc>
      </w:tr>
      <w:tr>
        <w:tc>
          <w:tcPr>
            <w:tcW w:type="dxa" w:w="5213"/>
            <w:vAlign w:val="center"/>
            <w:shd w:fill="FFF2CC"/>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3.12 Bankruptcy</w:t>
      </w:r>
    </w:p>
    <w:p>
      <w:r>
        <w:rPr>
          <w:b/>
        </w:rPr>
        <w:t xml:space="preserve">Περιγραφή: </w:t>
      </w:r>
      <w:r>
        <w:t>Is the economic operator bankrupt? This information needs not be given if exclusion of economic operators in this case has been made mandatory under the applicable national law without any possibility of derogation where the economic operator is nevertheless able to perform the contract.</w:t>
      </w:r>
    </w:p>
    <w:p>
      <w:r>
        <w:rPr>
          <w:b/>
        </w:rPr>
        <w:t xml:space="preserve">Κωδικός κριτηρίου: </w:t>
      </w:r>
      <w:r>
        <w:t>CRITERION.EXCLUSION.BUSINESS.BANKRUPTCY</w:t>
      </w:r>
    </w:p>
    <w:p>
      <w:r>
        <w:rPr>
          <w:b/>
        </w:rPr>
        <w:t xml:space="preserve">Νομοθεσία / άρθρο: </w:t>
      </w:r>
      <w:r>
        <w:t>Article 57(4)</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Indicate reasons for being nevertheless to perform the contract</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3.13 Insolvency</w:t>
      </w:r>
    </w:p>
    <w:p>
      <w:r>
        <w:rPr>
          <w:b/>
        </w:rPr>
        <w:t xml:space="preserve">Περιγραφή: </w:t>
      </w:r>
      <w:r>
        <w:t>Is the economic operator the subject of insolvency or winding-up? This information needs not be given if exclusion of economic operators in this case has been made mandatory under the applicable national law without any possibility of derogation where the economic operator is nevertheless able to perform the contract.</w:t>
      </w:r>
    </w:p>
    <w:p>
      <w:r>
        <w:rPr>
          <w:b/>
        </w:rPr>
        <w:t xml:space="preserve">Κωδικός κριτηρίου: </w:t>
      </w:r>
      <w:r>
        <w:t>CRITERION.EXCLUSION.BUSINESS.INSOLVENCY</w:t>
      </w:r>
    </w:p>
    <w:p>
      <w:r>
        <w:rPr>
          <w:b/>
        </w:rPr>
        <w:t xml:space="preserve">Νομοθεσία / άρθρο: </w:t>
      </w:r>
      <w:r>
        <w:t>Article 57(4)</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Indicate reasons for being nevertheless to perform the contract</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3.14 Arrangement with creditors</w:t>
      </w:r>
    </w:p>
    <w:p>
      <w:r>
        <w:rPr>
          <w:b/>
        </w:rPr>
        <w:t xml:space="preserve">Περιγραφή: </w:t>
      </w:r>
      <w:r>
        <w:t>Is the economic operator in arrangement with creditors? This information needs not be given if exclusion of economic operators in this case has been made mandatory under the applicable national law without any possibility of derogation where the economic operator is nevertheless able to perform the contract.</w:t>
      </w:r>
    </w:p>
    <w:p>
      <w:r>
        <w:rPr>
          <w:b/>
        </w:rPr>
        <w:t xml:space="preserve">Κωδικός κριτηρίου: </w:t>
      </w:r>
      <w:r>
        <w:t>CRITERION.EXCLUSION.BUSINESS.CREDITORS_ARRANGEMENT</w:t>
      </w:r>
    </w:p>
    <w:p>
      <w:r>
        <w:rPr>
          <w:b/>
        </w:rPr>
        <w:t xml:space="preserve">Νομοθεσία / άρθρο: </w:t>
      </w:r>
      <w:r>
        <w:t>Article 57(4)</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Indicate reasons for being nevertheless to perform the contract</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3.15 Analogous situation like bankruptcy under national law</w:t>
      </w:r>
    </w:p>
    <w:p>
      <w:r>
        <w:rPr>
          <w:b/>
        </w:rPr>
        <w:t xml:space="preserve">Περιγραφή: </w:t>
      </w:r>
      <w:r>
        <w:t>Is the economic operator in any analogous situation like bankruptcy arising from a similar procedure under national laws and regulations? This information needs not be given if exclusion of economic operators in this case has been made mandatory under the applicable national law without any possibility of derogation where the economic operator is nevertheless able to perform the contract.</w:t>
      </w:r>
    </w:p>
    <w:p>
      <w:r>
        <w:rPr>
          <w:b/>
        </w:rPr>
        <w:t xml:space="preserve">Κωδικός κριτηρίου: </w:t>
      </w:r>
      <w:r>
        <w:t>CRITERION.EXCLUSION.BUSINESS.BANKRUPTCY_ANALOGOUS</w:t>
      </w:r>
    </w:p>
    <w:p>
      <w:r>
        <w:rPr>
          <w:b/>
        </w:rPr>
        <w:t xml:space="preserve">Νομοθεσία / άρθρο: </w:t>
      </w:r>
      <w:r>
        <w:t>Article 57(4)</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Indicate reasons for being nevertheless to perform the contract</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3.16 Assets being administered by liquidator</w:t>
      </w:r>
    </w:p>
    <w:p>
      <w:r>
        <w:rPr>
          <w:b/>
        </w:rPr>
        <w:t xml:space="preserve">Περιγραφή: </w:t>
      </w:r>
      <w:r>
        <w:t>Are the assets of the economic operator being administered by a liquidator or by the court?  This information needs not be given if exclusion of economic operators in this case has been made mandatory under the applicable national law without any possibility of derogation where the economic operator is nevertheless able to perform the contract.</w:t>
      </w:r>
    </w:p>
    <w:p>
      <w:r>
        <w:rPr>
          <w:b/>
        </w:rPr>
        <w:t xml:space="preserve">Κωδικός κριτηρίου: </w:t>
      </w:r>
      <w:r>
        <w:t>CRITERION.EXCLUSION.BUSINESS.LIQUIDATOR_ADMINISTERED</w:t>
      </w:r>
    </w:p>
    <w:p>
      <w:r>
        <w:rPr>
          <w:b/>
        </w:rPr>
        <w:t xml:space="preserve">Νομοθεσία / άρθρο: </w:t>
      </w:r>
      <w:r>
        <w:t>Article 57(4)</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Indicate reasons for being nevertheless to perform the contract</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3.17 Business activities are suspended</w:t>
      </w:r>
    </w:p>
    <w:p>
      <w:r>
        <w:rPr>
          <w:b/>
        </w:rPr>
        <w:t xml:space="preserve">Περιγραφή: </w:t>
      </w:r>
      <w:r>
        <w:t>Are the business activities of the economic operator suspended?  This information needs not be given if exclusion of economic operators in this case has been made mandatory under the applicable national law without any possibility of derogation where the economic operator is nevertheless able to perform the contract.</w:t>
      </w:r>
    </w:p>
    <w:p>
      <w:r>
        <w:rPr>
          <w:b/>
        </w:rPr>
        <w:t xml:space="preserve">Κωδικός κριτηρίου: </w:t>
      </w:r>
      <w:r>
        <w:t>CRITERION.EXCLUSION.BUSINESS.ACTIVITIES_SUSPENDED</w:t>
      </w:r>
    </w:p>
    <w:p>
      <w:r>
        <w:rPr>
          <w:b/>
        </w:rPr>
        <w:t xml:space="preserve">Νομοθεσία / άρθρο: </w:t>
      </w:r>
      <w:r>
        <w:t>Article 57(4)</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Indicate reasons for being nevertheless to perform the contract</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3.18 Guilty of grave professional misconduct</w:t>
      </w:r>
    </w:p>
    <w:p>
      <w:r>
        <w:rPr>
          <w:b/>
        </w:rPr>
        <w:t xml:space="preserve">Περιγραφή: </w:t>
      </w:r>
      <w:r>
        <w:t>Is the economic operator guilty of grave professional misconduct? Where applicable, see definitions in national law, the relevant notice or the procurement documents.</w:t>
      </w:r>
    </w:p>
    <w:p>
      <w:r>
        <w:rPr>
          <w:b/>
        </w:rPr>
        <w:t xml:space="preserve">Κωδικός κριτηρίου: </w:t>
      </w:r>
      <w:r>
        <w:t>CRITERION.EXCLUSION.MISCONDUCT.MC_PROFESSIONAL</w:t>
      </w:r>
    </w:p>
    <w:p>
      <w:r>
        <w:rPr>
          <w:b/>
        </w:rPr>
        <w:t xml:space="preserve">Νομοθεσία / άρθρο: </w:t>
      </w:r>
      <w:r>
        <w:t>Article 57(4)</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Have you taken measures to demonstrate your reliability</w:t>
            </w:r>
          </w:p>
        </w:tc>
      </w:tr>
      <w:tr>
        <w:tc>
          <w:tcPr>
            <w:tcW w:type="dxa" w:w="5213"/>
            <w:vAlign w:val="center"/>
            <w:shd w:fill="FFF2CC"/>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3.19 Agreements with other economic operators aimed at distorting competition</w:t>
      </w:r>
    </w:p>
    <w:p>
      <w:r>
        <w:rPr>
          <w:b/>
        </w:rPr>
        <w:t xml:space="preserve">Περιγραφή: </w:t>
      </w:r>
      <w:r>
        <w:t>Has the economic operator entered into agreements with other economic operators aimed at distorting competition?</w:t>
      </w:r>
    </w:p>
    <w:p>
      <w:r>
        <w:rPr>
          <w:b/>
        </w:rPr>
        <w:t xml:space="preserve">Κωδικός κριτηρίου: </w:t>
      </w:r>
      <w:r>
        <w:t>CRITERION.EXCLUSION.MISCONDUCT.MARKET_DISTORTION</w:t>
      </w:r>
    </w:p>
    <w:p>
      <w:r>
        <w:rPr>
          <w:b/>
        </w:rPr>
        <w:t xml:space="preserve">Νομοθεσία / άρθρο: </w:t>
      </w:r>
      <w:r>
        <w:t>Article 57(4)</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Have you taken measures to demonstrate your reliability</w:t>
            </w:r>
          </w:p>
        </w:tc>
      </w:tr>
      <w:tr>
        <w:tc>
          <w:tcPr>
            <w:tcW w:type="dxa" w:w="5213"/>
            <w:vAlign w:val="center"/>
            <w:shd w:fill="FFF2CC"/>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3.20 Conflict of interest due to its participation in the procurement procedure</w:t>
      </w:r>
    </w:p>
    <w:p>
      <w:r>
        <w:rPr>
          <w:b/>
        </w:rPr>
        <w:t xml:space="preserve">Περιγραφή: </w:t>
      </w:r>
      <w:r>
        <w:t>Is the economic operator aware of any conflict of interest, as indicated in national law, the relevant notice or in the ESPD, the relevant notice or due to its participation in the procurement procedure?</w:t>
      </w:r>
    </w:p>
    <w:p>
      <w:r>
        <w:rPr>
          <w:b/>
        </w:rPr>
        <w:t xml:space="preserve">Κωδικός κριτηρίου: </w:t>
      </w:r>
      <w:r>
        <w:t>CRITERION.EXCLUSION.CONFLICT_OF_INTEREST.PROCEDURE_PARTICIPATION</w:t>
      </w:r>
    </w:p>
    <w:p>
      <w:r>
        <w:rPr>
          <w:b/>
        </w:rPr>
        <w:t xml:space="preserve">Νομοθεσία / άρθρο: </w:t>
      </w:r>
      <w:r>
        <w:t>Article 57(4)</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3.21 Direct or indirect involvement in the preparation of this procurement procedure</w:t>
      </w:r>
    </w:p>
    <w:p>
      <w:r>
        <w:rPr>
          <w:b/>
        </w:rPr>
        <w:t xml:space="preserve">Περιγραφή: </w:t>
      </w:r>
      <w:r>
        <w:t>Has the economic operator or an undertaking related to it advised the contracting authority or contracting entity or otherwise been involved in the preparation of the procurement procedure?</w:t>
      </w:r>
    </w:p>
    <w:p>
      <w:r>
        <w:rPr>
          <w:b/>
        </w:rPr>
        <w:t xml:space="preserve">Κωδικός κριτηρίου: </w:t>
      </w:r>
      <w:r>
        <w:t>CRITERION.EXCLUSION.CONFLICT_OF_INTEREST.PROCEDURE_PREPARATION</w:t>
      </w:r>
    </w:p>
    <w:p>
      <w:r>
        <w:rPr>
          <w:b/>
        </w:rPr>
        <w:t xml:space="preserve">Νομοθεσία / άρθρο: </w:t>
      </w:r>
      <w:r>
        <w:t>Article 57(4)</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3.22 Early termination, damages or other comparable sanctions</w:t>
      </w:r>
    </w:p>
    <w:p>
      <w:r>
        <w:rPr>
          <w:b/>
        </w:rPr>
        <w:t xml:space="preserve">Περιγραφή: </w:t>
      </w:r>
      <w:r>
        <w:t>Has the economic operator experienced that a prior public contract, a prior contract with a contracting entity or a prior concession contract was terminated early, or that damages or other comparable sanctions were imposed in connection with that prior contract?</w:t>
      </w:r>
    </w:p>
    <w:p>
      <w:r>
        <w:rPr>
          <w:b/>
        </w:rPr>
        <w:t xml:space="preserve">Κωδικός κριτηρίου: </w:t>
      </w:r>
      <w:r>
        <w:t>CRITERION.EXCLUSION.CONFLICT_OF_INTEREST.EARLY_TERMINATION</w:t>
      </w:r>
    </w:p>
    <w:p>
      <w:r>
        <w:rPr>
          <w:b/>
        </w:rPr>
        <w:t xml:space="preserve">Νομοθεσία / άρθρο: </w:t>
      </w:r>
      <w:r>
        <w:t>Article 57(4)</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Have you taken measures to demonstrate your reliability (Self-Cleaning)?</w:t>
            </w:r>
          </w:p>
        </w:tc>
      </w:tr>
      <w:tr>
        <w:tc>
          <w:tcPr>
            <w:tcW w:type="dxa" w:w="5213"/>
            <w:vAlign w:val="center"/>
            <w:shd w:fill="FFF2CC"/>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3.23 Guilty of misrepresentation, withheld information, unable to provide required documents and obtained confidential information of this procedure</w:t>
      </w:r>
    </w:p>
    <w:p>
      <w:r>
        <w:rPr>
          <w:b/>
        </w:rPr>
        <w:t xml:space="preserve">Περιγραφή: </w:t>
      </w:r>
      <w:r>
        <w:t>Can the economic operator confirm the four exclusion grounds, that it has not been guilty of serious misrepresentation in supplying the information required for the verification of the absence of grounds for exclusion or the fulfilment of the selection criteria, that it has not withheld such information, it has been able, without delay, to submit the supporting documents required by a contracting authority or contracting entity, and it has not undertaken to unduly influence the decision making process of the contracting authority or contracting entity, to obtain confidential information that may confer upon it undue advantages in the procurement procedure or to negligently provide misleading information that may have a material influence on decisions concerning exclusion, selection or award?</w:t>
      </w:r>
    </w:p>
    <w:p>
      <w:r>
        <w:rPr>
          <w:b/>
        </w:rPr>
        <w:t xml:space="preserve">Κωδικός κριτηρίου: </w:t>
      </w:r>
      <w:r>
        <w:t>CRITERION.EXCLUSION.CONFLICT_OF_INTEREST.MISINTERPRETATION</w:t>
      </w:r>
    </w:p>
    <w:p>
      <w:r>
        <w:rPr>
          <w:b/>
        </w:rPr>
        <w:t xml:space="preserve">Νομοθεσία / άρθρο: </w:t>
      </w:r>
      <w:r>
        <w:t>Article 57(4)</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3.24 Purely national exclusion grounds</w:t>
      </w:r>
    </w:p>
    <w:p>
      <w:r>
        <w:rPr>
          <w:b/>
        </w:rPr>
        <w:t xml:space="preserve">Περιγραφή: </w:t>
      </w:r>
      <w:r>
        <w:t>Other exclusion grounds that may be foreseen in the national legislation of the contracting authority's or contracting entity's Member State. Has the economic operator breached its obligations relating to the purely national grounds of exclusion, which are specified in the relevant notice or in the procurement documents?</w:t>
      </w:r>
    </w:p>
    <w:p>
      <w:r>
        <w:rPr>
          <w:b/>
        </w:rPr>
        <w:t xml:space="preserve">Κωδικός κριτηρίου: </w:t>
      </w:r>
      <w:r>
        <w:t>CRITERION.EXCLUSION.NATIONAL.OTHER</w:t>
      </w:r>
    </w:p>
    <w:p>
      <w:r>
        <w:rPr>
          <w:b/>
        </w:rPr>
        <w:t xml:space="preserve">Νομοθεσία / άρθρο: </w:t>
      </w:r>
      <w:r>
        <w:t>Article 57(3)</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Have you taken measures to demonstrate your reliability ("Self-Cleaning")?</w:t>
            </w:r>
          </w:p>
        </w:tc>
      </w:tr>
      <w:tr>
        <w:tc>
          <w:tcPr>
            <w:tcW w:type="dxa" w:w="5213"/>
            <w:vAlign w:val="center"/>
            <w:shd w:fill="FFF2CC"/>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describe them</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3.25 Global indication for all selection criteria</w:t>
      </w:r>
    </w:p>
    <w:p>
      <w:r>
        <w:rPr>
          <w:b/>
        </w:rPr>
        <w:t xml:space="preserve">Περιγραφή: </w:t>
      </w:r>
      <w:r>
        <w:t>Concerning the selection criteria the economic operator declares that It satisfies all the required selection criteria indicated in the relevant notice or in the procurement documents referred to in the notice.</w:t>
      </w:r>
    </w:p>
    <w:p>
      <w:r>
        <w:rPr>
          <w:b/>
        </w:rPr>
        <w:t xml:space="preserve">Κωδικός κριτηρίου: </w:t>
      </w:r>
      <w:r>
        <w:t>CRITERION.SELECTION.ALL</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p/>
    <w:p>
      <w:pPr>
        <w:pStyle w:val="Heading2"/>
      </w:pPr>
      <w:r>
        <w:t>3.26 EO is a sheltered workshop</w:t>
      </w:r>
    </w:p>
    <w:p>
      <w:r>
        <w:rPr>
          <w:b/>
        </w:rPr>
        <w:t xml:space="preserve">Περιγραφή: </w:t>
      </w:r>
      <w:r>
        <w:t>Only in case the procurement is reserved: is the economic operator a sheltered workshop, a 'social business' or will it provide for the performance of the contract in the context of sheltered employment programmes?</w:t>
      </w:r>
    </w:p>
    <w:p>
      <w:r>
        <w:rPr>
          <w:b/>
        </w:rPr>
        <w:t xml:space="preserve">Κωδικός κριτηρίου: </w:t>
      </w:r>
      <w:r>
        <w:t>CRITERION.OTHER.EO_DATA.SHELTERED_WORKSHOP</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What is the corresponding percentage of disabled or disadvantaged workers?</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If required, please provide details on whether the employees concerned belong to a specific category of disabled or disadvantaged workers?</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3.27 EO registered in a PQS</w:t>
      </w:r>
    </w:p>
    <w:p>
      <w:r>
        <w:rPr>
          <w:b/>
        </w:rPr>
        <w:t xml:space="preserve">Περιγραφή: </w:t>
      </w:r>
      <w:r>
        <w:t>If applicable, is the economic operator registered on an official list of approved economic operators or does it have an equivalent certificate (e.g. under a national (pre)qualification system)?</w:t>
      </w:r>
    </w:p>
    <w:p>
      <w:r>
        <w:rPr>
          <w:b/>
        </w:rPr>
        <w:t xml:space="preserve">Κωδικός κριτηρίου: </w:t>
      </w:r>
      <w:r>
        <w:t>CRITERION.OTHER.EO_DATA.REGISTERED_IN_OFFICIAL_LIST</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provide the name of the list or certificate and the relevant registration or certification number, if applicable</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If the certificate of registration or certification is available electronically, please state where</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state the references on which the registration or certification is based, and, where applicable, the classification obtained in the official list</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Does the registration or certification cover all of the required selection criteria?</w:t>
            </w:r>
          </w:p>
        </w:tc>
      </w:tr>
      <w:tr>
        <w:tc>
          <w:tcPr>
            <w:tcW w:type="dxa" w:w="5213"/>
            <w:vAlign w:val="center"/>
            <w:shd w:fill="FFF2CC"/>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Will the economic operator be able to provide a certificate with regard to the payment of social security contributions and taxes or provide information enabling the contracting authority or contracting entity to obtaining it directly by accessing a national database in any Member State that is available free of charge?</w:t>
            </w:r>
          </w:p>
        </w:tc>
      </w:tr>
      <w:tr>
        <w:tc>
          <w:tcPr>
            <w:tcW w:type="dxa" w:w="5213"/>
            <w:vAlign w:val="center"/>
            <w:shd w:fill="FFF2CC"/>
          </w:tcPr>
          <w:p>
            <w:r/>
            <w:r>
              <w:rPr>
                <w:b/>
                <w:sz w:val="18"/>
              </w:rPr>
              <w:t>Απάντηση / Τιμή</w:t>
            </w:r>
          </w:p>
        </w:tc>
        <w:tc>
          <w:tcPr>
            <w:tcW w:type="dxa" w:w="5213"/>
            <w:vAlign w:val="center"/>
          </w:tcPr>
          <w:p>
            <w:r/>
            <w:r>
              <w:rPr>
                <w:b w:val="0"/>
                <w:sz w:val="18"/>
              </w:rPr>
              <w:t>☐ ΝΑΙ    ☐ ΟΧΙ</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3.28 EO together with others</w:t>
      </w:r>
    </w:p>
    <w:p>
      <w:r>
        <w:rPr>
          <w:b/>
        </w:rPr>
        <w:t xml:space="preserve">Περιγραφή: </w:t>
      </w:r>
      <w:r>
        <w:t>Is the economic operator participating in the procurement procedure together with others?</w:t>
      </w:r>
    </w:p>
    <w:p>
      <w:r>
        <w:rPr>
          <w:b/>
        </w:rPr>
        <w:t xml:space="preserve">Κωδικός κριτηρίου: </w:t>
      </w:r>
      <w:r>
        <w:t>CRITERION.OTHER.EO_DATA.TOGETHER_WITH_OTHERS</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indicate the role of the economic operator in the group (leader, responsible for specific tasks...)</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Please identify the other economic operators participating in the procurement procedure together</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Where applicable, name of the participating group:</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3.29 Relied on entities</w:t>
      </w:r>
    </w:p>
    <w:p>
      <w:r>
        <w:rPr>
          <w:b/>
        </w:rPr>
        <w:t xml:space="preserve">Περιγραφή: </w:t>
      </w:r>
      <w:r>
        <w:t>Does the economic operator rely on the capacities of other entities in order to meet the selection criteria set out under Part IV and the criteria and rules (if any) set out under Part V below?</w:t>
      </w:r>
    </w:p>
    <w:p>
      <w:r>
        <w:rPr>
          <w:b/>
        </w:rPr>
        <w:t xml:space="preserve">Κωδικός κριτηρίου: </w:t>
      </w:r>
      <w:r>
        <w:t>CRITERION.OTHER.EO_DATA.RELIES_ON_OTHER_CAPACITIES</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Name of the entity</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ID of the entity</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Activity of the entity (for this specific procedure)</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3.30 Not relied on entities</w:t>
      </w:r>
    </w:p>
    <w:p>
      <w:r>
        <w:rPr>
          <w:b/>
        </w:rPr>
        <w:t xml:space="preserve">Περιγραφή: </w:t>
      </w:r>
      <w:r>
        <w:t>Does the economic operator intend to subcontract any share of the contract to third parties?</w:t>
      </w:r>
    </w:p>
    <w:p>
      <w:r>
        <w:rPr>
          <w:b/>
        </w:rPr>
        <w:t xml:space="preserve">Κωδικός κριτηρίου: </w:t>
      </w:r>
      <w:r>
        <w:t>CRITERION.OTHER.EO_DATA.SUBCONTRACTS_WITH_THIRD_PARTIES</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Your answer?</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Name of the entity</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ID of the entity</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Activity of the entity (for this specific procedure)</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Is this information available electronically?</w:t>
            </w:r>
          </w:p>
        </w:tc>
      </w:tr>
      <w:tr>
        <w:tc>
          <w:tcPr>
            <w:tcW w:type="dxa" w:w="5213"/>
            <w:vAlign w:val="center"/>
            <w:shd w:fill="E2F0D9"/>
          </w:tcPr>
          <w:p>
            <w:r/>
            <w:r>
              <w:rPr>
                <w:b/>
                <w:sz w:val="18"/>
              </w:rPr>
              <w:t>Απάντηση / Τιμή</w:t>
            </w:r>
          </w:p>
        </w:tc>
        <w:tc>
          <w:tcPr>
            <w:tcW w:type="dxa" w:w="5213"/>
            <w:vAlign w:val="center"/>
          </w:tcPr>
          <w:p>
            <w:r/>
            <w:r>
              <w:rPr>
                <w:b w:val="0"/>
                <w:sz w:val="18"/>
              </w:rPr>
              <w:t>☐ ΝΑΙ    ☐ ΟΧΙ</w:t>
            </w:r>
          </w:p>
        </w:tc>
      </w:tr>
    </w:tbl>
    <w:tbl>
      <w:tblPr>
        <w:tblStyle w:val="TableGrid"/>
        <w:tblW w:type="auto" w:w="0"/>
        <w:tblLook w:firstColumn="1" w:firstRow="1" w:lastColumn="0" w:lastRow="0" w:noHBand="0" w:noVBand="1" w:val="04A0"/>
      </w:tblPr>
      <w:tblGrid>
        <w:gridCol w:w="5213"/>
        <w:gridCol w:w="5213"/>
      </w:tblGrid>
      <w:tr>
        <w:tc>
          <w:tcPr>
            <w:tcW w:type="dxa" w:w="5213"/>
            <w:vAlign w:val="center"/>
            <w:shd w:fill="FFF2CC"/>
          </w:tcPr>
          <w:p>
            <w:r/>
            <w:r>
              <w:rPr>
                <w:b/>
                <w:sz w:val="18"/>
              </w:rPr>
              <w:t>Συμπληρωματική ερώτηση</w:t>
            </w:r>
          </w:p>
        </w:tc>
        <w:tc>
          <w:tcPr>
            <w:tcW w:type="dxa" w:w="5213"/>
            <w:vAlign w:val="center"/>
          </w:tcPr>
          <w:p>
            <w:r/>
            <w:r>
              <w:rPr>
                <w:b w:val="0"/>
                <w:sz w:val="18"/>
              </w:rPr>
              <w:t>Evidence supplied</w:t>
            </w:r>
          </w:p>
        </w:tc>
      </w:tr>
      <w:tr>
        <w:tc>
          <w:tcPr>
            <w:tcW w:type="dxa" w:w="5213"/>
            <w:vAlign w:val="center"/>
            <w:shd w:fill="FFF2CC"/>
          </w:tcPr>
          <w:p>
            <w:r/>
            <w:r>
              <w:rPr>
                <w:b/>
                <w:sz w:val="18"/>
              </w:rPr>
              <w:t>Απάντηση / Τιμή</w:t>
            </w:r>
          </w:p>
        </w:tc>
        <w:tc>
          <w:tcPr>
            <w:tcW w:type="dxa" w:w="5213"/>
            <w:vAlign w:val="center"/>
          </w:tcPr>
          <w:p>
            <w:r/>
            <w:r>
              <w:rPr>
                <w:b w:val="0"/>
                <w:sz w:val="18"/>
              </w:rPr>
              <w:t xml:space="preserve"> </w:t>
            </w:r>
          </w:p>
        </w:tc>
      </w:tr>
    </w:tbl>
    <w:p/>
    <w:p>
      <w:pPr>
        <w:pStyle w:val="Heading2"/>
      </w:pPr>
      <w:r>
        <w:t>3.31 Lots the EO tenders to</w:t>
      </w:r>
    </w:p>
    <w:p>
      <w:r>
        <w:rPr>
          <w:b/>
        </w:rPr>
        <w:t xml:space="preserve">Περιγραφή: </w:t>
      </w:r>
      <w:r>
        <w:t>Where applicable, indication of the lot(s) for which the economic operator wishes to tender</w:t>
      </w:r>
    </w:p>
    <w:p>
      <w:r>
        <w:rPr>
          <w:b/>
        </w:rPr>
        <w:t xml:space="preserve">Κωδικός κριτηρίου: </w:t>
      </w:r>
      <w:r>
        <w:t>CRITERION.OTHER.EO_DATA.LOTS_TENDERED</w:t>
      </w:r>
    </w:p>
    <w:tbl>
      <w:tblPr>
        <w:tblStyle w:val="TableGrid"/>
        <w:tblW w:type="auto" w:w="0"/>
        <w:jc w:val="center"/>
        <w:tblLook w:firstColumn="1" w:firstRow="1" w:lastColumn="0" w:lastRow="0" w:noHBand="0" w:noVBand="1" w:val="04A0"/>
      </w:tblPr>
      <w:tblGrid>
        <w:gridCol w:w="5213"/>
        <w:gridCol w:w="5213"/>
      </w:tblGrid>
      <w:tr>
        <w:tc>
          <w:tcPr>
            <w:tcW w:type="dxa" w:w="5213"/>
            <w:vAlign w:val="center"/>
            <w:shd w:fill="E2F0D9"/>
          </w:tcPr>
          <w:p>
            <w:r/>
            <w:r>
              <w:rPr>
                <w:b/>
                <w:sz w:val="18"/>
              </w:rPr>
              <w:t>Ερώτηση</w:t>
            </w:r>
          </w:p>
        </w:tc>
        <w:tc>
          <w:tcPr>
            <w:tcW w:type="dxa" w:w="5213"/>
            <w:vAlign w:val="center"/>
          </w:tcPr>
          <w:p>
            <w:r/>
            <w:r>
              <w:rPr>
                <w:b w:val="0"/>
                <w:sz w:val="18"/>
              </w:rPr>
              <w:t>Lot Ids</w:t>
            </w:r>
          </w:p>
        </w:tc>
      </w:tr>
      <w:tr>
        <w:tc>
          <w:tcPr>
            <w:tcW w:type="dxa" w:w="5213"/>
            <w:vAlign w:val="center"/>
            <w:shd w:fill="E2F0D9"/>
          </w:tcPr>
          <w:p>
            <w:r/>
            <w:r>
              <w:rPr>
                <w:b/>
                <w:sz w:val="18"/>
              </w:rPr>
              <w:t>Απάντηση / Τιμή</w:t>
            </w:r>
          </w:p>
        </w:tc>
        <w:tc>
          <w:tcPr>
            <w:tcW w:type="dxa" w:w="5213"/>
            <w:vAlign w:val="center"/>
          </w:tcPr>
          <w:p>
            <w:r/>
            <w:r>
              <w:rPr>
                <w:b w:val="0"/>
                <w:sz w:val="18"/>
              </w:rPr>
              <w:t xml:space="preserve"> </w:t>
            </w:r>
          </w:p>
        </w:tc>
      </w:tr>
    </w:tbl>
    <w:p/>
    <w:sectPr w:rsidR="00FC693F" w:rsidRPr="0006063C" w:rsidSect="00034616">
      <w:pgSz w:w="12240" w:h="15840"/>
      <w:pgMar w:top="850"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